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17F9C" w14:textId="77777777" w:rsidR="002D2D9B" w:rsidRPr="00E3744E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b/>
          <w:sz w:val="24"/>
          <w:szCs w:val="24"/>
        </w:rPr>
        <w:t>OSNOVNA ŠKOLA "VLADIMIR NAZOR" SLAVONSKI BROD</w:t>
      </w:r>
    </w:p>
    <w:p w14:paraId="74C935F2" w14:textId="77777777" w:rsidR="002D2D9B" w:rsidRPr="00E3744E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FRANJE MARINIĆA 9</w:t>
      </w:r>
    </w:p>
    <w:p w14:paraId="6627808B" w14:textId="77777777" w:rsidR="002D2D9B" w:rsidRPr="00E3744E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35 000 SLAVONSKI BROD</w:t>
      </w:r>
    </w:p>
    <w:p w14:paraId="147B499D" w14:textId="77777777" w:rsidR="002D2D9B" w:rsidRPr="00E3744E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OIB: 04275998510</w:t>
      </w:r>
    </w:p>
    <w:p w14:paraId="58C3BBD7" w14:textId="7D639D71" w:rsidR="002D2D9B" w:rsidRPr="00E3744E" w:rsidRDefault="00E3744E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KLASA</w:t>
      </w:r>
      <w:r w:rsidR="00EA6FD2" w:rsidRPr="00E3744E">
        <w:rPr>
          <w:rFonts w:ascii="Times New Roman" w:hAnsi="Times New Roman" w:cs="Times New Roman"/>
          <w:sz w:val="24"/>
          <w:szCs w:val="24"/>
        </w:rPr>
        <w:t xml:space="preserve">: </w:t>
      </w:r>
      <w:r w:rsidR="00D91095" w:rsidRPr="00D91095">
        <w:rPr>
          <w:rFonts w:ascii="Times New Roman" w:hAnsi="Times New Roman" w:cs="Times New Roman"/>
          <w:sz w:val="24"/>
          <w:szCs w:val="24"/>
        </w:rPr>
        <w:t>112-02/26-01/06</w:t>
      </w:r>
    </w:p>
    <w:p w14:paraId="6809FC99" w14:textId="2713B516" w:rsidR="002D2D9B" w:rsidRPr="00E3744E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 xml:space="preserve">URBROJ: </w:t>
      </w:r>
      <w:r w:rsidR="00D91095" w:rsidRPr="00D91095">
        <w:rPr>
          <w:rFonts w:ascii="Times New Roman" w:hAnsi="Times New Roman" w:cs="Times New Roman"/>
          <w:sz w:val="24"/>
          <w:szCs w:val="24"/>
        </w:rPr>
        <w:t>2178-1/04-26-4</w:t>
      </w:r>
    </w:p>
    <w:p w14:paraId="622C5D16" w14:textId="01886256" w:rsidR="002D2D9B" w:rsidRPr="00E3744E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E3744E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, </w:t>
      </w:r>
      <w:r w:rsidR="00D91095">
        <w:rPr>
          <w:rFonts w:ascii="Times New Roman" w:hAnsi="Times New Roman" w:cs="Times New Roman"/>
          <w:sz w:val="24"/>
          <w:szCs w:val="24"/>
        </w:rPr>
        <w:t>30.10.</w:t>
      </w:r>
      <w:r w:rsidRPr="00E3744E">
        <w:rPr>
          <w:rFonts w:ascii="Times New Roman" w:hAnsi="Times New Roman" w:cs="Times New Roman"/>
          <w:sz w:val="24"/>
          <w:szCs w:val="24"/>
        </w:rPr>
        <w:t xml:space="preserve"> 2026.</w:t>
      </w:r>
    </w:p>
    <w:p w14:paraId="5AFBF739" w14:textId="42E76BDA" w:rsidR="002D2D9B" w:rsidRPr="00E3744E" w:rsidRDefault="00EA6FD2">
      <w:pPr>
        <w:spacing w:before="160" w:after="60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 xml:space="preserve">Na temelju članka 107. Zakona o odgoju i obrazovanju u osnovnoj i srednjoj školi i Pravilnika o načinu i postupku zapošljavanja Osnovne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„Vladimir </w:t>
      </w:r>
      <w:proofErr w:type="spellStart"/>
      <w:proofErr w:type="gramStart"/>
      <w:r w:rsidRPr="00E3744E">
        <w:rPr>
          <w:rFonts w:ascii="Times New Roman" w:hAnsi="Times New Roman" w:cs="Times New Roman"/>
          <w:sz w:val="24"/>
          <w:szCs w:val="24"/>
        </w:rPr>
        <w:t>Nazor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proofErr w:type="gram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Osnovna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škola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„Vladimir Nazor“ Slavonski Brod, Franje Marinića 9, objavljuje:</w:t>
      </w:r>
    </w:p>
    <w:p w14:paraId="0F482492" w14:textId="77777777" w:rsidR="002D2D9B" w:rsidRPr="00E3744E" w:rsidRDefault="00EA6FD2">
      <w:pPr>
        <w:spacing w:after="60"/>
        <w:jc w:val="center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b/>
          <w:sz w:val="24"/>
          <w:szCs w:val="24"/>
        </w:rPr>
        <w:t>NATJEČAJ</w:t>
      </w:r>
    </w:p>
    <w:p w14:paraId="5DAFA6DD" w14:textId="77777777" w:rsidR="002D2D9B" w:rsidRPr="00E3744E" w:rsidRDefault="00EA6FD2">
      <w:pPr>
        <w:spacing w:after="60"/>
        <w:jc w:val="center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b/>
          <w:sz w:val="24"/>
          <w:szCs w:val="24"/>
        </w:rPr>
        <w:t>za zasnivanje radnog odnosa</w:t>
      </w:r>
    </w:p>
    <w:p w14:paraId="36A16479" w14:textId="78ACDEE3" w:rsidR="002D2D9B" w:rsidRPr="00E3744E" w:rsidRDefault="00E3744E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b/>
          <w:sz w:val="24"/>
          <w:szCs w:val="24"/>
        </w:rPr>
        <w:t>1.</w:t>
      </w:r>
      <w:r w:rsidR="00EA6FD2" w:rsidRPr="00E3744E">
        <w:rPr>
          <w:rFonts w:ascii="Times New Roman" w:hAnsi="Times New Roman" w:cs="Times New Roman"/>
          <w:b/>
          <w:sz w:val="24"/>
          <w:szCs w:val="24"/>
        </w:rPr>
        <w:t>Učitelj/</w:t>
      </w:r>
      <w:proofErr w:type="spellStart"/>
      <w:r w:rsidR="00EA6FD2" w:rsidRPr="00E3744E"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 w:rsidR="00EA6FD2" w:rsidRPr="00E374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A6FD2" w:rsidRPr="00E3744E">
        <w:rPr>
          <w:rFonts w:ascii="Times New Roman" w:hAnsi="Times New Roman" w:cs="Times New Roman"/>
          <w:b/>
          <w:sz w:val="24"/>
          <w:szCs w:val="24"/>
        </w:rPr>
        <w:t>matematike</w:t>
      </w:r>
      <w:proofErr w:type="spellEnd"/>
      <w:r w:rsidR="00EA6FD2" w:rsidRPr="00E3744E">
        <w:rPr>
          <w:rFonts w:ascii="Times New Roman" w:hAnsi="Times New Roman" w:cs="Times New Roman"/>
          <w:b/>
          <w:sz w:val="24"/>
          <w:szCs w:val="24"/>
        </w:rPr>
        <w:t xml:space="preserve"> – 1 izvršitelj/ica (m/ž), na određeno puno radno vrijeme, 40 sati ukupnog tjednog radnog vremena, do povratka zaposlenice na rad. Rad u PŠ </w:t>
      </w:r>
      <w:proofErr w:type="spellStart"/>
      <w:r w:rsidR="00EA6FD2" w:rsidRPr="00E3744E">
        <w:rPr>
          <w:rFonts w:ascii="Times New Roman" w:hAnsi="Times New Roman" w:cs="Times New Roman"/>
          <w:b/>
          <w:sz w:val="24"/>
          <w:szCs w:val="24"/>
        </w:rPr>
        <w:t>Ruščica</w:t>
      </w:r>
      <w:proofErr w:type="spellEnd"/>
      <w:r w:rsidR="00EA6FD2" w:rsidRPr="00E374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A6FD2" w:rsidRPr="00E3744E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EA6FD2" w:rsidRPr="00E374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A6FD2" w:rsidRPr="00E3744E">
        <w:rPr>
          <w:rFonts w:ascii="Times New Roman" w:hAnsi="Times New Roman" w:cs="Times New Roman"/>
          <w:b/>
          <w:sz w:val="24"/>
          <w:szCs w:val="24"/>
        </w:rPr>
        <w:t>matičnoj</w:t>
      </w:r>
      <w:proofErr w:type="spellEnd"/>
      <w:r w:rsidR="00EA6FD2" w:rsidRPr="00E374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A6FD2" w:rsidRPr="00E3744E">
        <w:rPr>
          <w:rFonts w:ascii="Times New Roman" w:hAnsi="Times New Roman" w:cs="Times New Roman"/>
          <w:b/>
          <w:sz w:val="24"/>
          <w:szCs w:val="24"/>
        </w:rPr>
        <w:t>školi</w:t>
      </w:r>
      <w:proofErr w:type="spellEnd"/>
      <w:r w:rsidR="00EA6FD2" w:rsidRPr="00E3744E">
        <w:rPr>
          <w:rFonts w:ascii="Times New Roman" w:hAnsi="Times New Roman" w:cs="Times New Roman"/>
          <w:b/>
          <w:sz w:val="24"/>
          <w:szCs w:val="24"/>
        </w:rPr>
        <w:t xml:space="preserve"> (MŠ).</w:t>
      </w:r>
    </w:p>
    <w:p w14:paraId="689836EB" w14:textId="77777777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Na natječaj se mogu javiti osobe oba spola u skladu sa Zakonom o ravnopravnosti spolova.</w:t>
      </w:r>
    </w:p>
    <w:p w14:paraId="327FC1B8" w14:textId="77777777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b/>
          <w:sz w:val="24"/>
          <w:szCs w:val="24"/>
        </w:rPr>
        <w:t>UVJETI:</w:t>
      </w:r>
    </w:p>
    <w:p w14:paraId="6A377C58" w14:textId="77777777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Uz opći uvjet za zasnivanje radnog odnosa sukladno Zakonu o radu, kandidat mora ispuniti i posebne uvjete propisane člankom 105. i 106. Zakona o odgoju i obrazovanju u osnovnoj i srednjoj školi te uvjete iz članka 15. Pravilnika o odgovarajućoj vrsti obrazovanja učitelja i stručnih suradnika u osnovnoj školi (NN 6/19, 75/20).</w:t>
      </w:r>
    </w:p>
    <w:p w14:paraId="6DAA2743" w14:textId="77777777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Na radno mjesto ne može biti primljena osoba za čiji prijam postoje zapreke iz članka 106. Zakona o odgoju i obrazovanju u osnovnoj i srednjoj školi.</w:t>
      </w:r>
    </w:p>
    <w:p w14:paraId="7525EE74" w14:textId="77777777" w:rsidR="00E3744E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 xml:space="preserve">U prijavi na natječaj kandidat navodi osobne podatke (ime i prezime, adresu prebivališta odnosno boravišta, broj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telefona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mobitela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mogućnostima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adresu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elektroničke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pošte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>).</w:t>
      </w:r>
    </w:p>
    <w:p w14:paraId="33B139BD" w14:textId="1AEF9B4F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 xml:space="preserve"> Prijava </w:t>
      </w:r>
      <w:r w:rsidRPr="00E3744E">
        <w:rPr>
          <w:rFonts w:ascii="Times New Roman" w:hAnsi="Times New Roman" w:cs="Times New Roman"/>
          <w:b/>
          <w:bCs/>
          <w:sz w:val="24"/>
          <w:szCs w:val="24"/>
        </w:rPr>
        <w:t>mora</w:t>
      </w:r>
      <w:r w:rsidRPr="00E3744E">
        <w:rPr>
          <w:rFonts w:ascii="Times New Roman" w:hAnsi="Times New Roman" w:cs="Times New Roman"/>
          <w:sz w:val="24"/>
          <w:szCs w:val="24"/>
        </w:rPr>
        <w:t xml:space="preserve"> biti vlastoručno potpisana.</w:t>
      </w:r>
    </w:p>
    <w:p w14:paraId="3100E000" w14:textId="77777777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Uz prijavu na natječaj potrebno je priložiti:</w:t>
      </w:r>
    </w:p>
    <w:p w14:paraId="099E3FC3" w14:textId="77777777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1. životopis,</w:t>
      </w:r>
      <w:r w:rsidRPr="00E3744E">
        <w:rPr>
          <w:rFonts w:ascii="Times New Roman" w:hAnsi="Times New Roman" w:cs="Times New Roman"/>
          <w:sz w:val="24"/>
          <w:szCs w:val="24"/>
        </w:rPr>
        <w:br/>
        <w:t>2. dokaz o stečenoj stručnoj spremi (diploma),</w:t>
      </w:r>
      <w:r w:rsidRPr="00E3744E">
        <w:rPr>
          <w:rFonts w:ascii="Times New Roman" w:hAnsi="Times New Roman" w:cs="Times New Roman"/>
          <w:sz w:val="24"/>
          <w:szCs w:val="24"/>
        </w:rPr>
        <w:br/>
        <w:t xml:space="preserve">3. uvjerenje da kandidat nije pod istragom i da se protiv kandidata ne vodi kazneni postupak glede zapreka za zasnivanje radnog odnosa iz članka 106.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Zakona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odgoju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obrazovanju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osnovnoj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srednjoj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školi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, ne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starije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od 30 dana od dana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raspisivanja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natječaja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>,</w:t>
      </w:r>
      <w:r w:rsidRPr="00E3744E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vlastoručno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potpisanu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prijavu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44E">
        <w:rPr>
          <w:rFonts w:ascii="Times New Roman" w:hAnsi="Times New Roman" w:cs="Times New Roman"/>
          <w:sz w:val="24"/>
          <w:szCs w:val="24"/>
        </w:rPr>
        <w:t>natječaj</w:t>
      </w:r>
      <w:proofErr w:type="spellEnd"/>
      <w:r w:rsidRPr="00E3744E">
        <w:rPr>
          <w:rFonts w:ascii="Times New Roman" w:hAnsi="Times New Roman" w:cs="Times New Roman"/>
          <w:sz w:val="24"/>
          <w:szCs w:val="24"/>
        </w:rPr>
        <w:t>.</w:t>
      </w:r>
    </w:p>
    <w:p w14:paraId="1700D490" w14:textId="77777777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Navedene isprave odnosno prilozi dostavljaju se u neovjerenoj preslici. Prije sklapanja ugovora o radu odabrani/a kandidat/kinja dužan/na je navedene priloge odnosno isprave predočiti u izvorniku ili ovjerenoj preslici.</w:t>
      </w:r>
    </w:p>
    <w:p w14:paraId="15E75F0C" w14:textId="77777777" w:rsidR="002D2D9B" w:rsidRPr="00E3744E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>Kandidat koji je stekao inozemnu obrazovnu kvalifikaciju dužan je uz prijavu priložiti odgovarajuće rješenje o priznavanju odnosno vrednovanju inozemne obrazovne kvalifikacije sukladno važećim propisima.</w:t>
      </w:r>
    </w:p>
    <w:p w14:paraId="683614D1" w14:textId="77777777" w:rsidR="002D2D9B" w:rsidRPr="00D91095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E3744E">
        <w:rPr>
          <w:rFonts w:ascii="Times New Roman" w:hAnsi="Times New Roman" w:cs="Times New Roman"/>
          <w:sz w:val="24"/>
          <w:szCs w:val="24"/>
        </w:rPr>
        <w:t xml:space="preserve">Kandidati koji se pozivaju na pravo prednosti sukladno članku 102. stavcima 1.–3. Zakona o hrvatskim braniteljima iz Domovinskog rata i članovima njihovih obitelji (Narodne novine 121/17, 98/19, 84/21), članku 48.f Zakona o zaštiti vojnih i civilnih invalida rata, članku 9. Zakona o profesionalnoj rehabilitaciji i zapošljavanju osoba s invaliditetom i članku 48. stavcima 1.–3. Zakona </w:t>
      </w:r>
      <w:r w:rsidRPr="00D91095">
        <w:rPr>
          <w:rFonts w:ascii="Times New Roman" w:hAnsi="Times New Roman" w:cs="Times New Roman"/>
          <w:sz w:val="24"/>
          <w:szCs w:val="24"/>
        </w:rPr>
        <w:lastRenderedPageBreak/>
        <w:t xml:space="preserve">o civilnim stradalnicima iz Domovinskog rata (Narodne novine 84/21, 13/26) dužni su u prijavi na javni natječaj priložiti svu propisanu dokumentaciju prema posebnom zakonu, </w:t>
      </w:r>
      <w:proofErr w:type="gramStart"/>
      <w:r w:rsidRPr="00D9109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D91095">
        <w:rPr>
          <w:rFonts w:ascii="Times New Roman" w:hAnsi="Times New Roman" w:cs="Times New Roman"/>
          <w:sz w:val="24"/>
          <w:szCs w:val="24"/>
        </w:rPr>
        <w:t xml:space="preserve"> imaju prednost u odnosu na ostale kandidate samo pod jednakim uvjetima.</w:t>
      </w:r>
    </w:p>
    <w:p w14:paraId="7DC97E5F" w14:textId="77777777" w:rsidR="002D2D9B" w:rsidRPr="00D91095" w:rsidRDefault="002D2D9B">
      <w:pPr>
        <w:spacing w:after="60"/>
        <w:rPr>
          <w:rFonts w:ascii="Times New Roman" w:hAnsi="Times New Roman" w:cs="Times New Roman"/>
          <w:sz w:val="24"/>
          <w:szCs w:val="24"/>
        </w:rPr>
      </w:pPr>
    </w:p>
    <w:p w14:paraId="036EA03E" w14:textId="4321677B" w:rsidR="00EA6FD2" w:rsidRPr="00D91095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 xml:space="preserve">Kandidati koji se pozivaju na pravo prednosti prema članku 48. stavcima 1.–3. Zakona o civilnim stradalnicima iz Domovinskog rata trebaju dostaviti dokaze iz stavka 1. članka 49. toga Zakona u svrhu ostvarivanja prava prednosti pri zapošljavanju i popunjavanju radnog mjesta.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Poveznica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internetsku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stranicu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Ministarstva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hrvatskih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branitelja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:</w:t>
      </w:r>
    </w:p>
    <w:p w14:paraId="3535BF99" w14:textId="77777777" w:rsidR="00EA6FD2" w:rsidRPr="00D91095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</w:p>
    <w:p w14:paraId="3CBCA454" w14:textId="7F3E80A7" w:rsidR="00EA6FD2" w:rsidRPr="00D91095" w:rsidRDefault="00D91095">
      <w:pPr>
        <w:spacing w:after="60"/>
        <w:rPr>
          <w:rFonts w:ascii="Times New Roman" w:hAnsi="Times New Roman" w:cs="Times New Roman"/>
          <w:sz w:val="24"/>
          <w:szCs w:val="24"/>
        </w:rPr>
      </w:pPr>
      <w:hyperlink r:id="rId6" w:history="1">
        <w:r w:rsidR="00EA6FD2" w:rsidRPr="00D91095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https://branitelji.gov.hr/UserDocsImages//dokumenti/Nikola//popis%20dokaza%20za%20ostvarivanje%20prava%20prednosti%20pri%20zapo%C5%A1ljavanju-%20ZOHBDR%202021.pdf</w:t>
        </w:r>
      </w:hyperlink>
    </w:p>
    <w:p w14:paraId="356323D0" w14:textId="77777777" w:rsidR="00EA6FD2" w:rsidRPr="00D91095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</w:p>
    <w:p w14:paraId="2BF8B20C" w14:textId="738BB8FD" w:rsidR="00EA6FD2" w:rsidRPr="00D91095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koji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pozivaju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na pravo prednosti pri zapošljavanju u skladu s člankom 102. stavcima 1.–3. Zakona o hrvatskim braniteljima iz Domovinskog rata i članovima njihovih obitelji trebaju dostaviti dokaze iz stavka 1. članka 103. toga Zakona. Uz prijavu na natječaj dužni su priložiti, osim dokaza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ispunjavanju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traženih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uvjeta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sve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potrebne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dokaze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dostupne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poveznici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Ministarstva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hrvatskih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branitelja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:</w:t>
      </w:r>
    </w:p>
    <w:p w14:paraId="279447BF" w14:textId="62469820" w:rsidR="002D2D9B" w:rsidRPr="00D91095" w:rsidRDefault="00D91095">
      <w:pPr>
        <w:spacing w:after="60"/>
        <w:rPr>
          <w:rFonts w:ascii="Times New Roman" w:hAnsi="Times New Roman" w:cs="Times New Roman"/>
          <w:sz w:val="24"/>
          <w:szCs w:val="24"/>
        </w:rPr>
      </w:pPr>
      <w:hyperlink r:id="rId7" w:history="1">
        <w:r w:rsidR="00EA6FD2" w:rsidRPr="00D91095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291CB158" w14:textId="5034434B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Isprave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prilažu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neovjerenom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presliku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prije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izbora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predočit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izvornik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54E083BE" w14:textId="5244C3E9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prijavljenim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provest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razgovor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intervju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sukladno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članku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stavak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Pravilnika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načinu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postupku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zapošljavanja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Osnovne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„Vladimir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Nazor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1095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14:paraId="79087457" w14:textId="004CD4D4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Vrijeme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mjesto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provedbe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razgovora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intervju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objavit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stranici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Osnovne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„Vladimir </w:t>
      </w:r>
      <w:proofErr w:type="spellStart"/>
      <w:proofErr w:type="gramStart"/>
      <w:r w:rsidRPr="00D91095">
        <w:rPr>
          <w:rFonts w:ascii="Times New Roman" w:hAnsi="Times New Roman" w:cs="Times New Roman"/>
          <w:sz w:val="24"/>
          <w:szCs w:val="24"/>
        </w:rPr>
        <w:t>Nazor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“</w:t>
      </w:r>
      <w:r w:rsidR="00F700D2" w:rsidRPr="00D91095">
        <w:rPr>
          <w:rFonts w:ascii="Times New Roman" w:hAnsi="Times New Roman" w:cs="Times New Roman"/>
          <w:sz w:val="24"/>
          <w:szCs w:val="24"/>
        </w:rPr>
        <w:t xml:space="preserve"> </w:t>
      </w:r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End"/>
      <w:r w:rsidRPr="00D91095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http://www.os-vnazor-sb.skole.hr/</w:t>
      </w:r>
    </w:p>
    <w:p w14:paraId="54641CF3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najmanje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5 dana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prije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održavanja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razgovora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intervju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sukladno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članku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10.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Pravilnika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načinu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postupku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zapošljavanja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Osnovne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„Vladimir </w:t>
      </w:r>
      <w:proofErr w:type="spellStart"/>
      <w:proofErr w:type="gramStart"/>
      <w:r w:rsidRPr="00D91095">
        <w:rPr>
          <w:rFonts w:ascii="Times New Roman" w:hAnsi="Times New Roman" w:cs="Times New Roman"/>
          <w:sz w:val="24"/>
          <w:szCs w:val="24"/>
        </w:rPr>
        <w:t>Nazor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proofErr w:type="gram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5AE205BE" w14:textId="0192C34F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Razgovor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intervju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provesti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niti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jedan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prijavljenih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ispunjava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formalne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uvjete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sukladno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članku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18.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Pravilnika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načinu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postupku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zapošljavanja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Osnovne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„Vladimir </w:t>
      </w:r>
      <w:proofErr w:type="spellStart"/>
      <w:proofErr w:type="gramStart"/>
      <w:r w:rsidRPr="00D91095">
        <w:rPr>
          <w:rFonts w:ascii="Times New Roman" w:hAnsi="Times New Roman" w:cs="Times New Roman"/>
          <w:sz w:val="24"/>
          <w:szCs w:val="24"/>
        </w:rPr>
        <w:t>Nazor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“</w:t>
      </w:r>
      <w:r w:rsidR="00E3744E"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proofErr w:type="gram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2CD1426F" w14:textId="139CFDF1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javi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jedan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ispunjava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uvjete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povjerenstvo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provedbu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razgovora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intervju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odlučiti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razgovor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provesti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sukladno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članku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stavak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Pravilnika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načinu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postupku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zapošljavanja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Osnovne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“Vladimir </w:t>
      </w:r>
      <w:proofErr w:type="spellStart"/>
      <w:proofErr w:type="gramStart"/>
      <w:r w:rsidRPr="00D91095">
        <w:rPr>
          <w:rFonts w:ascii="Times New Roman" w:hAnsi="Times New Roman" w:cs="Times New Roman"/>
          <w:sz w:val="24"/>
          <w:szCs w:val="24"/>
        </w:rPr>
        <w:t>Nazor“</w:t>
      </w:r>
      <w:proofErr w:type="gramEnd"/>
      <w:r w:rsidRPr="00D91095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72EE5485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Prijavom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daju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privolu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voditelj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obrade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osobnih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podataka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prikupljati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koristiti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dalje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obrađivati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osobne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podatke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objaviti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stranici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sklopu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obavijesti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izabranom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svrhu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provedbe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natječajnog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postupka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sukladno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pozitivnim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propisima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zaštiti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osobnih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podatka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32229D05" w14:textId="08C6B7C9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svako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doba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potpunosti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djelomice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bez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naknade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objašnjenja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odustati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dane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privole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zatražiti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prestanak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aktivnosti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obrade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osobnih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podataka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74EE8F3F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lastRenderedPageBreak/>
        <w:t>Potrebna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dokumentacija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prilaže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u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neovjerenoj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preslici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prije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izbora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predočit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izvornik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7EFA5A32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dokumentacija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vraćati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6563292C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Nepotpune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nepravovremene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prijave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razmatrati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3D28170C" w14:textId="442AF6FA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mogu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javiti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osobe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spola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.</w:t>
      </w:r>
    </w:p>
    <w:p w14:paraId="60802A38" w14:textId="3F519E53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bit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objavljeni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stranici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>: http://www.os-vnazor-sb.skole.hr/</w:t>
      </w:r>
    </w:p>
    <w:p w14:paraId="2FE08461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Dostava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rezultatima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svim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smatra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obavljenom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osmoga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dana od dana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objave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web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stranici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školske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ustanove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340EA7" w14:textId="4A8541C0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>http://www.os-vnazor-sb.skole.hr/</w:t>
      </w:r>
    </w:p>
    <w:p w14:paraId="3D22FFE0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Prijave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dokazima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ispunjavanju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uvjeta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91095">
        <w:rPr>
          <w:rFonts w:ascii="Times New Roman" w:hAnsi="Times New Roman" w:cs="Times New Roman"/>
          <w:sz w:val="24"/>
          <w:szCs w:val="24"/>
        </w:rPr>
        <w:t>slati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02BEFABD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poštom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neposredno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školskoj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ustanovi</w:t>
      </w:r>
      <w:proofErr w:type="spellEnd"/>
    </w:p>
    <w:p w14:paraId="73A5C746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Osnovna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„Vladimir </w:t>
      </w:r>
      <w:proofErr w:type="spellStart"/>
      <w:proofErr w:type="gramStart"/>
      <w:r w:rsidRPr="00D91095">
        <w:rPr>
          <w:rFonts w:ascii="Times New Roman" w:hAnsi="Times New Roman" w:cs="Times New Roman"/>
          <w:sz w:val="24"/>
          <w:szCs w:val="24"/>
        </w:rPr>
        <w:t>Nazor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proofErr w:type="gram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Brod</w:t>
      </w:r>
      <w:proofErr w:type="spellEnd"/>
    </w:p>
    <w:p w14:paraId="39DAC57D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Franje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Marinića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9</w:t>
      </w:r>
    </w:p>
    <w:p w14:paraId="18D71CF6" w14:textId="77777777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 xml:space="preserve">35 000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7EC6F6" w14:textId="3119FE3D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Natječaj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traje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od </w:t>
      </w:r>
      <w:r w:rsidR="00D91095" w:rsidRPr="00D91095">
        <w:rPr>
          <w:rFonts w:ascii="Times New Roman" w:hAnsi="Times New Roman" w:cs="Times New Roman"/>
          <w:sz w:val="24"/>
          <w:szCs w:val="24"/>
        </w:rPr>
        <w:t>30.10.2026</w:t>
      </w:r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r w:rsidR="00D91095" w:rsidRPr="00D91095">
        <w:rPr>
          <w:rFonts w:ascii="Times New Roman" w:hAnsi="Times New Roman" w:cs="Times New Roman"/>
          <w:sz w:val="24"/>
          <w:szCs w:val="24"/>
        </w:rPr>
        <w:t>–</w:t>
      </w:r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r w:rsidR="00D91095" w:rsidRPr="00D91095">
        <w:rPr>
          <w:rFonts w:ascii="Times New Roman" w:hAnsi="Times New Roman" w:cs="Times New Roman"/>
          <w:sz w:val="24"/>
          <w:szCs w:val="24"/>
        </w:rPr>
        <w:t>09.11.2026</w:t>
      </w:r>
    </w:p>
    <w:p w14:paraId="0DA38AAF" w14:textId="0EF3EB18" w:rsidR="00EA6FD2" w:rsidRPr="00D91095" w:rsidRDefault="00EA6FD2" w:rsidP="00EA6FD2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>Objavljeno</w:t>
      </w:r>
      <w:r w:rsidR="00D91095" w:rsidRPr="00D91095">
        <w:rPr>
          <w:rFonts w:ascii="Times New Roman" w:hAnsi="Times New Roman" w:cs="Times New Roman"/>
          <w:sz w:val="24"/>
          <w:szCs w:val="24"/>
        </w:rPr>
        <w:t>:30.10.2026</w:t>
      </w:r>
    </w:p>
    <w:p w14:paraId="4946FDD5" w14:textId="77777777" w:rsidR="00EA6FD2" w:rsidRPr="00D91095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</w:p>
    <w:p w14:paraId="1579D969" w14:textId="77777777" w:rsidR="00EA6FD2" w:rsidRPr="00D91095" w:rsidRDefault="00EA6FD2">
      <w:pPr>
        <w:spacing w:after="60"/>
        <w:rPr>
          <w:rFonts w:ascii="Times New Roman" w:hAnsi="Times New Roman" w:cs="Times New Roman"/>
          <w:sz w:val="24"/>
          <w:szCs w:val="24"/>
        </w:rPr>
      </w:pPr>
    </w:p>
    <w:p w14:paraId="244F89A0" w14:textId="77777777" w:rsidR="002D2D9B" w:rsidRPr="00D91095" w:rsidRDefault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b/>
          <w:sz w:val="24"/>
          <w:szCs w:val="24"/>
        </w:rPr>
        <w:t xml:space="preserve">S </w:t>
      </w:r>
      <w:proofErr w:type="spellStart"/>
      <w:r w:rsidRPr="00D91095">
        <w:rPr>
          <w:rFonts w:ascii="Times New Roman" w:hAnsi="Times New Roman" w:cs="Times New Roman"/>
          <w:b/>
          <w:sz w:val="24"/>
          <w:szCs w:val="24"/>
        </w:rPr>
        <w:t>kandidatima</w:t>
      </w:r>
      <w:proofErr w:type="spellEnd"/>
      <w:r w:rsidRPr="00D91095">
        <w:rPr>
          <w:rFonts w:ascii="Times New Roman" w:hAnsi="Times New Roman" w:cs="Times New Roman"/>
          <w:b/>
          <w:sz w:val="24"/>
          <w:szCs w:val="24"/>
        </w:rPr>
        <w:t xml:space="preserve"> koji </w:t>
      </w:r>
      <w:proofErr w:type="spellStart"/>
      <w:r w:rsidRPr="00D91095">
        <w:rPr>
          <w:rFonts w:ascii="Times New Roman" w:hAnsi="Times New Roman" w:cs="Times New Roman"/>
          <w:b/>
          <w:sz w:val="24"/>
          <w:szCs w:val="24"/>
        </w:rPr>
        <w:t>su</w:t>
      </w:r>
      <w:proofErr w:type="spellEnd"/>
      <w:r w:rsidRPr="00D9109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b/>
          <w:sz w:val="24"/>
          <w:szCs w:val="24"/>
        </w:rPr>
        <w:t>pravodobno</w:t>
      </w:r>
      <w:proofErr w:type="spellEnd"/>
      <w:r w:rsidRPr="00D91095">
        <w:rPr>
          <w:rFonts w:ascii="Times New Roman" w:hAnsi="Times New Roman" w:cs="Times New Roman"/>
          <w:b/>
          <w:sz w:val="24"/>
          <w:szCs w:val="24"/>
        </w:rPr>
        <w:t xml:space="preserve"> dostavili potpunu prijavu i ispunjavaju formalne uvjete natječaja provest će se razgovor – intervju, sukladno Pravilniku o načinu i postupku zapošljavanja Osnovne škole „Vladimir </w:t>
      </w:r>
      <w:proofErr w:type="gramStart"/>
      <w:r w:rsidRPr="00D91095">
        <w:rPr>
          <w:rFonts w:ascii="Times New Roman" w:hAnsi="Times New Roman" w:cs="Times New Roman"/>
          <w:b/>
          <w:sz w:val="24"/>
          <w:szCs w:val="24"/>
        </w:rPr>
        <w:t>Nazor“ Slavonski</w:t>
      </w:r>
      <w:proofErr w:type="gramEnd"/>
      <w:r w:rsidRPr="00D91095">
        <w:rPr>
          <w:rFonts w:ascii="Times New Roman" w:hAnsi="Times New Roman" w:cs="Times New Roman"/>
          <w:b/>
          <w:sz w:val="24"/>
          <w:szCs w:val="24"/>
        </w:rPr>
        <w:t xml:space="preserve"> Brod.</w:t>
      </w:r>
    </w:p>
    <w:p w14:paraId="143D7D6A" w14:textId="38BC42F3" w:rsidR="002D2D9B" w:rsidRPr="00D91095" w:rsidRDefault="00EA6FD2" w:rsidP="00EA6FD2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D91095">
        <w:rPr>
          <w:rFonts w:ascii="Times New Roman" w:hAnsi="Times New Roman" w:cs="Times New Roman"/>
          <w:sz w:val="24"/>
          <w:szCs w:val="24"/>
        </w:rPr>
        <w:t xml:space="preserve">Vrijeme i mjesto provedbe razgovora – intervjua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objavit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će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mrežnoj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stranici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Osnovne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95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D91095">
        <w:rPr>
          <w:rFonts w:ascii="Times New Roman" w:hAnsi="Times New Roman" w:cs="Times New Roman"/>
          <w:sz w:val="24"/>
          <w:szCs w:val="24"/>
        </w:rPr>
        <w:t xml:space="preserve"> „Vladimir </w:t>
      </w:r>
      <w:proofErr w:type="spellStart"/>
      <w:r w:rsidR="00F700D2" w:rsidRPr="00D91095">
        <w:rPr>
          <w:rFonts w:ascii="Times New Roman" w:hAnsi="Times New Roman" w:cs="Times New Roman"/>
          <w:sz w:val="24"/>
          <w:szCs w:val="24"/>
        </w:rPr>
        <w:t>Nazor</w:t>
      </w:r>
      <w:proofErr w:type="spellEnd"/>
      <w:r w:rsidR="00F700D2" w:rsidRPr="00D91095">
        <w:rPr>
          <w:rFonts w:ascii="Times New Roman" w:hAnsi="Times New Roman" w:cs="Times New Roman"/>
          <w:sz w:val="24"/>
          <w:szCs w:val="24"/>
        </w:rPr>
        <w:t>”</w:t>
      </w:r>
      <w:r w:rsidR="00E3744E"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00D2" w:rsidRPr="00D91095">
        <w:rPr>
          <w:rFonts w:ascii="Times New Roman" w:hAnsi="Times New Roman" w:cs="Times New Roman"/>
          <w:sz w:val="24"/>
          <w:szCs w:val="24"/>
        </w:rPr>
        <w:t>Slavonski</w:t>
      </w:r>
      <w:proofErr w:type="spellEnd"/>
      <w:r w:rsidR="00F700D2" w:rsidRPr="00D91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00D2" w:rsidRPr="00D91095">
        <w:rPr>
          <w:rFonts w:ascii="Times New Roman" w:hAnsi="Times New Roman" w:cs="Times New Roman"/>
          <w:sz w:val="24"/>
          <w:szCs w:val="24"/>
        </w:rPr>
        <w:t>Brod</w:t>
      </w:r>
      <w:proofErr w:type="spellEnd"/>
      <w:r w:rsidR="00F700D2" w:rsidRPr="00D910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01141E" w14:textId="77777777" w:rsidR="002D2D9B" w:rsidRPr="00D91095" w:rsidRDefault="00EA6FD2">
      <w:pPr>
        <w:spacing w:before="240" w:after="60"/>
        <w:jc w:val="right"/>
        <w:rPr>
          <w:rFonts w:ascii="Times New Roman" w:hAnsi="Times New Roman" w:cs="Times New Roman"/>
        </w:rPr>
      </w:pPr>
      <w:r w:rsidRPr="00D91095">
        <w:rPr>
          <w:rFonts w:ascii="Times New Roman" w:hAnsi="Times New Roman" w:cs="Times New Roman"/>
          <w:b/>
          <w:sz w:val="24"/>
          <w:szCs w:val="24"/>
        </w:rPr>
        <w:t>Ravnateljica:</w:t>
      </w:r>
      <w:r w:rsidRPr="00D91095">
        <w:rPr>
          <w:rFonts w:ascii="Times New Roman" w:hAnsi="Times New Roman" w:cs="Times New Roman"/>
          <w:b/>
          <w:sz w:val="24"/>
          <w:szCs w:val="24"/>
        </w:rPr>
        <w:br/>
      </w:r>
      <w:r w:rsidRPr="00D91095">
        <w:rPr>
          <w:rFonts w:ascii="Times New Roman" w:hAnsi="Times New Roman" w:cs="Times New Roman"/>
          <w:b/>
        </w:rPr>
        <w:t>Nataša Stanković</w:t>
      </w:r>
    </w:p>
    <w:sectPr w:rsidR="002D2D9B" w:rsidRPr="00D91095" w:rsidSect="00034616">
      <w:pgSz w:w="12240" w:h="15840"/>
      <w:pgMar w:top="964" w:right="1191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D2D9B"/>
    <w:rsid w:val="00326F90"/>
    <w:rsid w:val="00AA1D8D"/>
    <w:rsid w:val="00B47730"/>
    <w:rsid w:val="00CB0664"/>
    <w:rsid w:val="00D91095"/>
    <w:rsid w:val="00E3744E"/>
    <w:rsid w:val="00EA6FD2"/>
    <w:rsid w:val="00F700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7171E6"/>
  <w14:defaultImageDpi w14:val="300"/>
  <w15:docId w15:val="{B569225B-01AB-478F-A801-579FFB002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eza">
    <w:name w:val="Hyperlink"/>
    <w:basedOn w:val="Zadanifontodlomka"/>
    <w:uiPriority w:val="99"/>
    <w:unhideWhenUsed/>
    <w:rsid w:val="00EA6FD2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A6F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7271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Silvana Iličević</cp:lastModifiedBy>
  <cp:revision>2</cp:revision>
  <cp:lastPrinted>2026-10-30T08:52:00Z</cp:lastPrinted>
  <dcterms:created xsi:type="dcterms:W3CDTF">2026-10-30T08:52:00Z</dcterms:created>
  <dcterms:modified xsi:type="dcterms:W3CDTF">2026-10-30T08:52:00Z</dcterms:modified>
  <cp:category/>
</cp:coreProperties>
</file>