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424E" w14:textId="77777777" w:rsidR="00707E6A" w:rsidRDefault="00C04B2C">
      <w:pPr>
        <w:jc w:val="center"/>
      </w:pPr>
      <w:r>
        <w:rPr>
          <w:b/>
        </w:rPr>
        <w:t>REPUBLIKA HRVATSKA</w:t>
      </w:r>
    </w:p>
    <w:p w14:paraId="66077E07" w14:textId="77777777" w:rsidR="00707E6A" w:rsidRDefault="00C04B2C">
      <w:pPr>
        <w:jc w:val="center"/>
      </w:pPr>
      <w:r>
        <w:rPr>
          <w:b/>
        </w:rPr>
        <w:t>BRODSKO-POSAVSKA ŽUPANIJA</w:t>
      </w:r>
    </w:p>
    <w:p w14:paraId="487ACEA0" w14:textId="77777777" w:rsidR="00707E6A" w:rsidRDefault="00C04B2C">
      <w:pPr>
        <w:jc w:val="center"/>
      </w:pPr>
      <w:r>
        <w:rPr>
          <w:b/>
        </w:rPr>
        <w:t>OSNOVNA ŠKOLA „VLADIMIR NAZOR“ SLAVONSKI BROD</w:t>
      </w:r>
    </w:p>
    <w:p w14:paraId="2A55A22C" w14:textId="77777777" w:rsidR="00707E6A" w:rsidRDefault="00C04B2C">
      <w:pPr>
        <w:jc w:val="center"/>
      </w:pPr>
      <w:r>
        <w:rPr>
          <w:b/>
        </w:rPr>
        <w:t>POZIV NA RAZGOVOR S KANDIDATIMA – INTERVJU</w:t>
      </w:r>
    </w:p>
    <w:p w14:paraId="323B47DA" w14:textId="77777777" w:rsidR="00707E6A" w:rsidRDefault="00C04B2C">
      <w:pPr>
        <w:jc w:val="center"/>
      </w:pPr>
      <w:r>
        <w:t>kandidatima za radno mjesto</w:t>
      </w:r>
    </w:p>
    <w:p w14:paraId="2740562E" w14:textId="77777777" w:rsidR="00707E6A" w:rsidRDefault="00C04B2C">
      <w:r>
        <w:t>Na temelju članka 10. stavka 1. Pravilnika o načinu i postupku zapošljavanja Osnovne škole „Vladimir Nazor“ Slavonski Brod pozivaju se kandidati prijavljeni na javni natječaj objavljen od 30. 9. 2026. do 8. 10. 2026. godine na razgovor s kandidatima – intervju.</w:t>
      </w:r>
    </w:p>
    <w:p w14:paraId="6A36F056" w14:textId="77777777" w:rsidR="00707E6A" w:rsidRDefault="00C04B2C">
      <w:r>
        <w:rPr>
          <w:b/>
        </w:rPr>
        <w:t>1. Učitelj/ica hrvatskog jezika – 1 izvršitelj/ica na neodređeno nepuno radno vrijeme, rad u matičnoj školi.</w:t>
      </w:r>
    </w:p>
    <w:p w14:paraId="58AEF3F9" w14:textId="77777777" w:rsidR="00707E6A" w:rsidRDefault="00C04B2C">
      <w:r>
        <w:t>2. Razgovor s kandidatima – intervju provest će Povjerenstvo za provedbu natječaja.</w:t>
      </w:r>
    </w:p>
    <w:p w14:paraId="4AD28467" w14:textId="77777777" w:rsidR="00707E6A" w:rsidRDefault="00C04B2C">
      <w:r>
        <w:rPr>
          <w:b/>
        </w:rPr>
        <w:t>Pozvani kandidati: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707E6A" w14:paraId="6B6EE8D6" w14:textId="77777777">
        <w:trPr>
          <w:jc w:val="center"/>
        </w:trPr>
        <w:tc>
          <w:tcPr>
            <w:tcW w:w="2880" w:type="dxa"/>
          </w:tcPr>
          <w:p w14:paraId="092E414F" w14:textId="77777777" w:rsidR="00707E6A" w:rsidRDefault="00C04B2C">
            <w:r>
              <w:t>Vrijeme</w:t>
            </w:r>
          </w:p>
        </w:tc>
        <w:tc>
          <w:tcPr>
            <w:tcW w:w="2880" w:type="dxa"/>
          </w:tcPr>
          <w:p w14:paraId="4E8C17AA" w14:textId="77777777" w:rsidR="00707E6A" w:rsidRDefault="00C04B2C">
            <w:r>
              <w:t>Ime i prezime kandidata</w:t>
            </w:r>
          </w:p>
        </w:tc>
        <w:tc>
          <w:tcPr>
            <w:tcW w:w="2880" w:type="dxa"/>
          </w:tcPr>
          <w:p w14:paraId="6F74B5CA" w14:textId="77777777" w:rsidR="00707E6A" w:rsidRDefault="00C04B2C">
            <w:r>
              <w:t>Mjesto održavanja intervjua</w:t>
            </w:r>
          </w:p>
        </w:tc>
      </w:tr>
      <w:tr w:rsidR="00707E6A" w14:paraId="5CD0161D" w14:textId="77777777">
        <w:trPr>
          <w:jc w:val="center"/>
        </w:trPr>
        <w:tc>
          <w:tcPr>
            <w:tcW w:w="2880" w:type="dxa"/>
          </w:tcPr>
          <w:p w14:paraId="18E74DA9" w14:textId="0CB32EF4" w:rsidR="00707E6A" w:rsidRDefault="00C04B2C">
            <w:r>
              <w:t>Datum: 22. 10. 2026.</w:t>
            </w:r>
            <w:r w:rsidR="002C3B4F">
              <w:t xml:space="preserve">četvrtak </w:t>
            </w:r>
            <w:r>
              <w:br/>
              <w:t>Vrijeme: 13:00 h</w:t>
            </w:r>
          </w:p>
        </w:tc>
        <w:tc>
          <w:tcPr>
            <w:tcW w:w="2880" w:type="dxa"/>
          </w:tcPr>
          <w:p w14:paraId="00BEEB65" w14:textId="77777777" w:rsidR="00707E6A" w:rsidRDefault="00C04B2C">
            <w:r>
              <w:t>1. Vedrana Lojen Mandić</w:t>
            </w:r>
            <w:r>
              <w:br/>
              <w:t>2. Tajana Puđa</w:t>
            </w:r>
            <w:r>
              <w:br/>
              <w:t>3. Marija Somek</w:t>
            </w:r>
            <w:r>
              <w:br/>
              <w:t>4. Mihaela Kolar</w:t>
            </w:r>
            <w:r>
              <w:br/>
              <w:t>5. Maja Žanko Čačić</w:t>
            </w:r>
            <w:r>
              <w:br/>
              <w:t>6. Anamarija Stevanović</w:t>
            </w:r>
            <w:r>
              <w:br/>
              <w:t>7. Danijela Kljaić</w:t>
            </w:r>
            <w:r>
              <w:br/>
              <w:t xml:space="preserve">8. </w:t>
            </w:r>
            <w:proofErr w:type="spellStart"/>
            <w:r>
              <w:t>Antonija</w:t>
            </w:r>
            <w:proofErr w:type="spellEnd"/>
            <w:r>
              <w:t xml:space="preserve"> </w:t>
            </w:r>
            <w:proofErr w:type="spellStart"/>
            <w:r>
              <w:t>Krnić</w:t>
            </w:r>
            <w:proofErr w:type="spellEnd"/>
          </w:p>
          <w:p w14:paraId="0E4D9002" w14:textId="77777777" w:rsidR="00041C25" w:rsidRDefault="00041C25">
            <w:r>
              <w:t xml:space="preserve">9.Andrijana </w:t>
            </w:r>
            <w:proofErr w:type="spellStart"/>
            <w:r>
              <w:t>Jurič</w:t>
            </w:r>
            <w:proofErr w:type="spellEnd"/>
          </w:p>
          <w:p w14:paraId="7C9AFFDE" w14:textId="7A86D8AC" w:rsidR="00041C25" w:rsidRDefault="00041C25">
            <w:r>
              <w:t xml:space="preserve">10.Matea </w:t>
            </w:r>
            <w:proofErr w:type="spellStart"/>
            <w:r>
              <w:t>Valjak</w:t>
            </w:r>
            <w:proofErr w:type="spellEnd"/>
            <w:r>
              <w:t xml:space="preserve"> </w:t>
            </w:r>
          </w:p>
        </w:tc>
        <w:tc>
          <w:tcPr>
            <w:tcW w:w="2880" w:type="dxa"/>
          </w:tcPr>
          <w:p w14:paraId="6156DFAF" w14:textId="77777777" w:rsidR="00707E6A" w:rsidRDefault="00C04B2C">
            <w:r>
              <w:t>Matična škola</w:t>
            </w:r>
            <w:r>
              <w:br/>
              <w:t>Franje Marića 9</w:t>
            </w:r>
            <w:r>
              <w:br/>
              <w:t>35000 Slavonski Brod</w:t>
            </w:r>
          </w:p>
        </w:tc>
      </w:tr>
    </w:tbl>
    <w:p w14:paraId="35ED32B3" w14:textId="77777777" w:rsidR="00707E6A" w:rsidRDefault="00C04B2C">
      <w:r>
        <w:t>3. Razgovor s kandidatom – intervju provodi se putem odgovora kandidata na postavljena pitanja, simulacije rješavanja slučajeva radnog mjesta, praktične provjere znanja ili na drugi prikladan način.</w:t>
      </w:r>
    </w:p>
    <w:p w14:paraId="67BEC089" w14:textId="77777777" w:rsidR="00707E6A" w:rsidRDefault="00C04B2C">
      <w:r>
        <w:t>4. Prilikom razgovora s kandidatom – intervjua članovi Povjerenstva procjenjuju obrazovanje i profesionalnu edukaciju kandidata, specifična znanja, vještine, profesionalne ciljeve i interese, motivaciju za rad te osobne karakteristike kandidata u svezi radnog mjesta.</w:t>
      </w:r>
    </w:p>
    <w:p w14:paraId="1BED3ADD" w14:textId="77777777" w:rsidR="00707E6A" w:rsidRDefault="00C04B2C">
      <w:r>
        <w:rPr>
          <w:b/>
        </w:rPr>
        <w:t>Područja koja će biti predmet razgovora:</w:t>
      </w:r>
    </w:p>
    <w:p w14:paraId="76F7E3C2" w14:textId="77777777" w:rsidR="00707E6A" w:rsidRDefault="00C04B2C">
      <w:r>
        <w:t>– propisi i sadržaji relevantni za odgoj i obrazovanje u osnovnoj školi</w:t>
      </w:r>
      <w:r>
        <w:br/>
        <w:t>– stručna znanja i kompetencije vezane za radno mjesto učitelja hrvatskog jezika</w:t>
      </w:r>
      <w:r>
        <w:br/>
        <w:t>– motivacija i profesionalni interesi kandidata</w:t>
      </w:r>
    </w:p>
    <w:p w14:paraId="1EE98184" w14:textId="77777777" w:rsidR="00707E6A" w:rsidRDefault="00C04B2C">
      <w:r>
        <w:t>5. Smatra se da je kandidat zadovoljio na provjeri znanja ako je za svaki dio provjere znanja dobio najmanje 51 % bodova od ukupnog broja bodova koje je mogao ostvariti.</w:t>
      </w:r>
    </w:p>
    <w:p w14:paraId="7F1A5820" w14:textId="77777777" w:rsidR="00707E6A" w:rsidRDefault="00C04B2C">
      <w:r>
        <w:t>6. Po dolasku na razgovor – intervju od kandidata će biti zatraženo predočenje odgovarajuće identifikacijske isprave radi utvrđivanja identiteta.</w:t>
      </w:r>
    </w:p>
    <w:p w14:paraId="30B3C627" w14:textId="77777777" w:rsidR="00707E6A" w:rsidRDefault="00C04B2C">
      <w:r>
        <w:t>7. Kandidat koji ne može dokazati identitet ne može pristupiti razgovoru – intervju.</w:t>
      </w:r>
    </w:p>
    <w:p w14:paraId="7BC589D3" w14:textId="77777777" w:rsidR="00707E6A" w:rsidRDefault="00C04B2C">
      <w:r>
        <w:t>8. Ne postoji mogućnost naknadnog razgovora – intervjua, bez obzira na razlog koji kandidata sprječava da pristupi razgovoru – intervju.</w:t>
      </w:r>
    </w:p>
    <w:p w14:paraId="644564AD" w14:textId="77777777" w:rsidR="00707E6A" w:rsidRDefault="00C04B2C">
      <w:r>
        <w:t>9. Ako se kandidat ne odazove ovom pozivu bez obzira na razloge, neće se smatrati kandidatom sukladno Pravilniku o načinu i postupku zapošljavanja Osnovne škole „Vladimir Nazor“ Slavonski Brod.</w:t>
      </w:r>
    </w:p>
    <w:p w14:paraId="553438F5" w14:textId="77777777" w:rsidR="00707E6A" w:rsidRDefault="00C04B2C">
      <w:r>
        <w:rPr>
          <w:b/>
        </w:rPr>
        <w:t>10. Za vrijeme razgovora – intervjua nije dopušteno:</w:t>
      </w:r>
    </w:p>
    <w:p w14:paraId="4F79EF5C" w14:textId="77777777" w:rsidR="00707E6A" w:rsidRDefault="00C04B2C">
      <w:r>
        <w:t>• koristiti se bilo kakvom literaturom odnosno bilješkama</w:t>
      </w:r>
      <w:r>
        <w:br/>
        <w:t>• koristiti mobitel ili druga komunikacijska sredstva</w:t>
      </w:r>
      <w:r>
        <w:br/>
        <w:t>• napuštati prostoriju u kojoj se odvija razgovor – intervju bez odobrenja predsjednika Povjerenstva</w:t>
      </w:r>
      <w:r>
        <w:br/>
        <w:t>• razgovarati s ostalim kandidatima niti na bilo koji drugi način remetiti koncentraciju kandidata</w:t>
      </w:r>
      <w:r>
        <w:br/>
        <w:t>• kršiti odredbe Pravilnika o kućnom redu Osnovne škole „Vladimir Nazor“ Slavonski Brod.</w:t>
      </w:r>
    </w:p>
    <w:p w14:paraId="13E08CE4" w14:textId="77777777" w:rsidR="00707E6A" w:rsidRDefault="00C04B2C">
      <w:r>
        <w:t>11. Ukoliko pojedini kandidat krši navedena pravila, bit će udaljen s razgovora – intervjua, a njegov rezultat Povjerenstvo neće priznati niti ocijeniti.</w:t>
      </w:r>
    </w:p>
    <w:p w14:paraId="2889D2F5" w14:textId="77777777" w:rsidR="00707E6A" w:rsidRDefault="00C04B2C">
      <w:r>
        <w:lastRenderedPageBreak/>
        <w:t>12. Nakon provedenog razgovora – intervjua Povjerenstvo utvrđuje rang-listu kandidata prema ukupnom broju ostvarenih bodova te ju dostavlja ravnatelju škole zajedno sa zapisnikom o provedenom postupku koji potpisuju svi članovi Povjerenstva.</w:t>
      </w:r>
    </w:p>
    <w:p w14:paraId="39A1F11F" w14:textId="77777777" w:rsidR="002C3B4F" w:rsidRDefault="002C3B4F"/>
    <w:p w14:paraId="27C08E77" w14:textId="77777777" w:rsidR="002C3B4F" w:rsidRDefault="002C3B4F"/>
    <w:p w14:paraId="4A6EC976" w14:textId="2E62FF6A" w:rsidR="00707E6A" w:rsidRDefault="00C04B2C">
      <w:r>
        <w:t xml:space="preserve">KLASA: </w:t>
      </w:r>
      <w:r w:rsidR="002C3B4F" w:rsidRPr="002C3B4F">
        <w:t>112-02/26-06/01</w:t>
      </w:r>
      <w:r>
        <w:br/>
        <w:t xml:space="preserve">URBROJ: </w:t>
      </w:r>
      <w:r w:rsidR="002C3B4F" w:rsidRPr="002C3B4F">
        <w:t>2178-1/04-26-1</w:t>
      </w:r>
      <w:r w:rsidR="00DA0A77">
        <w:t>8</w:t>
      </w:r>
      <w:r>
        <w:br/>
      </w:r>
      <w:proofErr w:type="spellStart"/>
      <w:r>
        <w:t>Slavonski</w:t>
      </w:r>
      <w:proofErr w:type="spellEnd"/>
      <w:r>
        <w:t xml:space="preserve"> </w:t>
      </w:r>
      <w:proofErr w:type="spellStart"/>
      <w:r>
        <w:t>Brod</w:t>
      </w:r>
      <w:proofErr w:type="spellEnd"/>
      <w:r>
        <w:t>, 1</w:t>
      </w:r>
      <w:r w:rsidR="002C3B4F">
        <w:t>4</w:t>
      </w:r>
      <w:r>
        <w:t xml:space="preserve"> </w:t>
      </w:r>
      <w:proofErr w:type="spellStart"/>
      <w:r>
        <w:t>listopada</w:t>
      </w:r>
      <w:proofErr w:type="spellEnd"/>
      <w:r>
        <w:t xml:space="preserve"> 2026. godine</w:t>
      </w:r>
    </w:p>
    <w:p w14:paraId="17338026" w14:textId="77777777" w:rsidR="00707E6A" w:rsidRDefault="00C04B2C">
      <w:r>
        <w:rPr>
          <w:b/>
        </w:rPr>
        <w:t>Ravnateljica: Nataša Stanković</w:t>
      </w:r>
    </w:p>
    <w:sectPr w:rsidR="00707E6A" w:rsidSect="00034616">
      <w:footerReference w:type="default" r:id="rId8"/>
      <w:pgSz w:w="12240" w:h="15840"/>
      <w:pgMar w:top="964" w:right="1800" w:bottom="907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B4814" w14:textId="77777777" w:rsidR="007A5839" w:rsidRDefault="007A5839" w:rsidP="002C3B4F">
      <w:pPr>
        <w:spacing w:after="0" w:line="240" w:lineRule="auto"/>
      </w:pPr>
      <w:r>
        <w:separator/>
      </w:r>
    </w:p>
  </w:endnote>
  <w:endnote w:type="continuationSeparator" w:id="0">
    <w:p w14:paraId="1E8324A5" w14:textId="77777777" w:rsidR="007A5839" w:rsidRDefault="007A5839" w:rsidP="002C3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97553640"/>
      <w:docPartObj>
        <w:docPartGallery w:val="Page Numbers (Bottom of Page)"/>
        <w:docPartUnique/>
      </w:docPartObj>
    </w:sdtPr>
    <w:sdtEndPr/>
    <w:sdtContent>
      <w:p w14:paraId="7218885E" w14:textId="1EEF21C3" w:rsidR="002C3B4F" w:rsidRDefault="002C3B4F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</w:p>
    </w:sdtContent>
  </w:sdt>
  <w:p w14:paraId="77E58E47" w14:textId="77777777" w:rsidR="002C3B4F" w:rsidRDefault="002C3B4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1E7C8" w14:textId="77777777" w:rsidR="007A5839" w:rsidRDefault="007A5839" w:rsidP="002C3B4F">
      <w:pPr>
        <w:spacing w:after="0" w:line="240" w:lineRule="auto"/>
      </w:pPr>
      <w:r>
        <w:separator/>
      </w:r>
    </w:p>
  </w:footnote>
  <w:footnote w:type="continuationSeparator" w:id="0">
    <w:p w14:paraId="065AED9A" w14:textId="77777777" w:rsidR="007A5839" w:rsidRDefault="007A5839" w:rsidP="002C3B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C25"/>
    <w:rsid w:val="0006063C"/>
    <w:rsid w:val="0015074B"/>
    <w:rsid w:val="0029639D"/>
    <w:rsid w:val="002C3B4F"/>
    <w:rsid w:val="00326F90"/>
    <w:rsid w:val="00707E6A"/>
    <w:rsid w:val="007A5839"/>
    <w:rsid w:val="008133E0"/>
    <w:rsid w:val="00AA1D8D"/>
    <w:rsid w:val="00B47730"/>
    <w:rsid w:val="00C04B2C"/>
    <w:rsid w:val="00CB0664"/>
    <w:rsid w:val="00DA0A7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2F92C6"/>
  <w14:defaultImageDpi w14:val="300"/>
  <w15:docId w15:val="{848F3316-DDCD-4CFE-AE59-E84EDDAF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8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Silvana Iličević</cp:lastModifiedBy>
  <cp:revision>2</cp:revision>
  <cp:lastPrinted>2026-10-12T09:19:00Z</cp:lastPrinted>
  <dcterms:created xsi:type="dcterms:W3CDTF">2026-10-14T07:17:00Z</dcterms:created>
  <dcterms:modified xsi:type="dcterms:W3CDTF">2026-10-14T07:17:00Z</dcterms:modified>
  <cp:category/>
</cp:coreProperties>
</file>